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254C" w14:textId="77777777" w:rsidR="00387B7F" w:rsidRPr="00F032C5" w:rsidRDefault="00F13048">
      <w:pPr>
        <w:spacing w:after="40" w:line="240" w:lineRule="auto"/>
        <w:jc w:val="center"/>
        <w:rPr>
          <w:color w:val="92D050"/>
          <w:lang w:val="fr-CA"/>
        </w:rPr>
      </w:pPr>
      <w:r w:rsidRPr="00F032C5">
        <w:rPr>
          <w:b/>
          <w:color w:val="92D050"/>
          <w:sz w:val="28"/>
          <w:lang w:val="fr-CA"/>
        </w:rPr>
        <w:t>LETTRE DE CONSENTEMENT DU PROPRIÉTAIRE</w:t>
      </w:r>
    </w:p>
    <w:p w14:paraId="621DD1D0" w14:textId="77777777" w:rsidR="00387B7F" w:rsidRPr="00F032C5" w:rsidRDefault="00F13048">
      <w:pPr>
        <w:spacing w:after="120" w:line="240" w:lineRule="auto"/>
        <w:jc w:val="center"/>
        <w:rPr>
          <w:lang w:val="fr-CA"/>
        </w:rPr>
      </w:pPr>
      <w:r w:rsidRPr="00F032C5">
        <w:rPr>
          <w:b/>
          <w:sz w:val="21"/>
          <w:lang w:val="fr-CA"/>
        </w:rPr>
        <w:t>Projet de restauration écologique et de génie végétal</w:t>
      </w:r>
    </w:p>
    <w:tbl>
      <w:tblPr>
        <w:tblW w:w="0" w:type="auto"/>
        <w:jc w:val="center"/>
        <w:tblLayout w:type="fixed"/>
        <w:tblLook w:val="04A0" w:firstRow="1" w:lastRow="0" w:firstColumn="1" w:lastColumn="0" w:noHBand="0" w:noVBand="1"/>
      </w:tblPr>
      <w:tblGrid>
        <w:gridCol w:w="10224"/>
      </w:tblGrid>
      <w:tr w:rsidR="00387B7F" w:rsidRPr="00F032C5" w14:paraId="0190886F" w14:textId="77777777">
        <w:trPr>
          <w:jc w:val="center"/>
        </w:trPr>
        <w:tc>
          <w:tcPr>
            <w:tcW w:w="10224" w:type="dxa"/>
            <w:shd w:val="clear" w:color="auto" w:fill="D9EAF7"/>
            <w:vAlign w:val="center"/>
          </w:tcPr>
          <w:p w14:paraId="2D07067C" w14:textId="77777777" w:rsidR="00387B7F" w:rsidRPr="00F032C5" w:rsidRDefault="00F13048">
            <w:pPr>
              <w:spacing w:after="0"/>
              <w:jc w:val="center"/>
              <w:rPr>
                <w:lang w:val="fr-CA"/>
              </w:rPr>
            </w:pPr>
            <w:r w:rsidRPr="00F032C5">
              <w:rPr>
                <w:b/>
                <w:lang w:val="fr-CA"/>
              </w:rPr>
              <w:t>Protection des lacs de Saint-Ubalde par la restauration écologique des terrains riverains perturbés par les travaux de mise aux normes des installations septiques</w:t>
            </w:r>
          </w:p>
        </w:tc>
      </w:tr>
    </w:tbl>
    <w:p w14:paraId="20CEC572" w14:textId="77777777" w:rsidR="00387B7F" w:rsidRPr="00F032C5" w:rsidRDefault="00F13048">
      <w:pPr>
        <w:pStyle w:val="Titre1"/>
        <w:spacing w:line="240" w:lineRule="auto"/>
        <w:rPr>
          <w:color w:val="92D050"/>
          <w:lang w:val="fr-CA"/>
        </w:rPr>
      </w:pPr>
      <w:r w:rsidRPr="00F032C5">
        <w:rPr>
          <w:color w:val="92D050"/>
          <w:lang w:val="fr-CA"/>
        </w:rPr>
        <w:t>1. IDENTIFICATION DU PROPRIÉTAIRE ET DE LA PROPRIÉTÉ</w:t>
      </w:r>
    </w:p>
    <w:tbl>
      <w:tblPr>
        <w:tblStyle w:val="Grilledutableau"/>
        <w:tblW w:w="0" w:type="auto"/>
        <w:jc w:val="center"/>
        <w:tblLayout w:type="fixed"/>
        <w:tblLook w:val="04A0" w:firstRow="1" w:lastRow="0" w:firstColumn="1" w:lastColumn="0" w:noHBand="0" w:noVBand="1"/>
      </w:tblPr>
      <w:tblGrid>
        <w:gridCol w:w="3168"/>
        <w:gridCol w:w="6912"/>
      </w:tblGrid>
      <w:tr w:rsidR="00387B7F" w14:paraId="5C974979" w14:textId="77777777">
        <w:trPr>
          <w:jc w:val="center"/>
        </w:trPr>
        <w:tc>
          <w:tcPr>
            <w:tcW w:w="3168" w:type="dxa"/>
            <w:vAlign w:val="center"/>
          </w:tcPr>
          <w:p w14:paraId="377965F5" w14:textId="77777777" w:rsidR="00387B7F" w:rsidRPr="00F032C5" w:rsidRDefault="00F13048">
            <w:pPr>
              <w:rPr>
                <w:lang w:val="fr-CA"/>
              </w:rPr>
            </w:pPr>
            <w:r w:rsidRPr="00F032C5">
              <w:rPr>
                <w:b/>
                <w:lang w:val="fr-CA"/>
              </w:rPr>
              <w:t>Nom du ou des propriétaires</w:t>
            </w:r>
          </w:p>
        </w:tc>
        <w:tc>
          <w:tcPr>
            <w:tcW w:w="6912" w:type="dxa"/>
            <w:vAlign w:val="center"/>
          </w:tcPr>
          <w:p w14:paraId="4749282E" w14:textId="77777777" w:rsidR="00387B7F" w:rsidRDefault="00F13048">
            <w:r>
              <w:t>____________________________________________________________</w:t>
            </w:r>
          </w:p>
        </w:tc>
      </w:tr>
      <w:tr w:rsidR="00387B7F" w14:paraId="1716FC44" w14:textId="77777777">
        <w:trPr>
          <w:jc w:val="center"/>
        </w:trPr>
        <w:tc>
          <w:tcPr>
            <w:tcW w:w="3168" w:type="dxa"/>
            <w:vAlign w:val="center"/>
          </w:tcPr>
          <w:p w14:paraId="32EA7BDA" w14:textId="77777777" w:rsidR="00387B7F" w:rsidRDefault="00F13048">
            <w:r>
              <w:rPr>
                <w:b/>
              </w:rPr>
              <w:t>Adresse postale</w:t>
            </w:r>
          </w:p>
        </w:tc>
        <w:tc>
          <w:tcPr>
            <w:tcW w:w="6912" w:type="dxa"/>
            <w:vAlign w:val="center"/>
          </w:tcPr>
          <w:p w14:paraId="689E2C51" w14:textId="77777777" w:rsidR="00387B7F" w:rsidRDefault="00F13048">
            <w:r>
              <w:t>____________________________________________________________</w:t>
            </w:r>
          </w:p>
        </w:tc>
      </w:tr>
      <w:tr w:rsidR="00387B7F" w14:paraId="6355C209" w14:textId="77777777">
        <w:trPr>
          <w:jc w:val="center"/>
        </w:trPr>
        <w:tc>
          <w:tcPr>
            <w:tcW w:w="3168" w:type="dxa"/>
            <w:vAlign w:val="center"/>
          </w:tcPr>
          <w:p w14:paraId="67D87233" w14:textId="77777777" w:rsidR="00387B7F" w:rsidRDefault="00F13048">
            <w:r>
              <w:rPr>
                <w:b/>
              </w:rPr>
              <w:t>Téléphone</w:t>
            </w:r>
          </w:p>
        </w:tc>
        <w:tc>
          <w:tcPr>
            <w:tcW w:w="6912" w:type="dxa"/>
            <w:vAlign w:val="center"/>
          </w:tcPr>
          <w:p w14:paraId="75A202E3" w14:textId="77777777" w:rsidR="00387B7F" w:rsidRDefault="00F13048">
            <w:r>
              <w:t>____________________________</w:t>
            </w:r>
          </w:p>
        </w:tc>
      </w:tr>
      <w:tr w:rsidR="00387B7F" w14:paraId="032AA638" w14:textId="77777777">
        <w:trPr>
          <w:jc w:val="center"/>
        </w:trPr>
        <w:tc>
          <w:tcPr>
            <w:tcW w:w="3168" w:type="dxa"/>
            <w:vAlign w:val="center"/>
          </w:tcPr>
          <w:p w14:paraId="6C01D1F9" w14:textId="77777777" w:rsidR="00387B7F" w:rsidRDefault="00F13048">
            <w:r>
              <w:rPr>
                <w:b/>
              </w:rPr>
              <w:t>Courriel</w:t>
            </w:r>
          </w:p>
        </w:tc>
        <w:tc>
          <w:tcPr>
            <w:tcW w:w="6912" w:type="dxa"/>
            <w:vAlign w:val="center"/>
          </w:tcPr>
          <w:p w14:paraId="1CE11D38" w14:textId="77777777" w:rsidR="00387B7F" w:rsidRDefault="00F13048">
            <w:r>
              <w:t>____________________________________________________________</w:t>
            </w:r>
          </w:p>
        </w:tc>
      </w:tr>
      <w:tr w:rsidR="00387B7F" w14:paraId="0633154F" w14:textId="77777777">
        <w:trPr>
          <w:jc w:val="center"/>
        </w:trPr>
        <w:tc>
          <w:tcPr>
            <w:tcW w:w="3168" w:type="dxa"/>
            <w:vAlign w:val="center"/>
          </w:tcPr>
          <w:p w14:paraId="163760A7" w14:textId="77777777" w:rsidR="00387B7F" w:rsidRPr="00F032C5" w:rsidRDefault="00F13048">
            <w:pPr>
              <w:rPr>
                <w:lang w:val="fr-CA"/>
              </w:rPr>
            </w:pPr>
            <w:r w:rsidRPr="00F032C5">
              <w:rPr>
                <w:b/>
                <w:lang w:val="fr-CA"/>
              </w:rPr>
              <w:t>Adresse de la propriété visée</w:t>
            </w:r>
          </w:p>
        </w:tc>
        <w:tc>
          <w:tcPr>
            <w:tcW w:w="6912" w:type="dxa"/>
            <w:vAlign w:val="center"/>
          </w:tcPr>
          <w:p w14:paraId="6583A3E2" w14:textId="77777777" w:rsidR="00387B7F" w:rsidRDefault="00F13048">
            <w:r>
              <w:t>____________________________________________________________</w:t>
            </w:r>
          </w:p>
        </w:tc>
      </w:tr>
      <w:tr w:rsidR="00387B7F" w14:paraId="151B9634" w14:textId="77777777">
        <w:trPr>
          <w:jc w:val="center"/>
        </w:trPr>
        <w:tc>
          <w:tcPr>
            <w:tcW w:w="3168" w:type="dxa"/>
            <w:vAlign w:val="center"/>
          </w:tcPr>
          <w:p w14:paraId="70C52301" w14:textId="77777777" w:rsidR="00387B7F" w:rsidRPr="00F032C5" w:rsidRDefault="00F13048">
            <w:pPr>
              <w:rPr>
                <w:lang w:val="fr-CA"/>
              </w:rPr>
            </w:pPr>
            <w:r w:rsidRPr="00F032C5">
              <w:rPr>
                <w:b/>
                <w:lang w:val="fr-CA"/>
              </w:rPr>
              <w:t>Numéro de lot, si connu</w:t>
            </w:r>
          </w:p>
        </w:tc>
        <w:tc>
          <w:tcPr>
            <w:tcW w:w="6912" w:type="dxa"/>
            <w:vAlign w:val="center"/>
          </w:tcPr>
          <w:p w14:paraId="55DCDD1D" w14:textId="77777777" w:rsidR="00387B7F" w:rsidRDefault="00F13048">
            <w:r>
              <w:t>____________________________________________________________</w:t>
            </w:r>
          </w:p>
        </w:tc>
      </w:tr>
    </w:tbl>
    <w:p w14:paraId="5E5DF53F" w14:textId="77777777" w:rsidR="00387B7F" w:rsidRPr="00F032C5" w:rsidRDefault="00F13048">
      <w:pPr>
        <w:spacing w:before="80" w:after="40" w:line="240" w:lineRule="auto"/>
        <w:rPr>
          <w:lang w:val="fr-CA"/>
        </w:rPr>
      </w:pPr>
      <w:r w:rsidRPr="00F032C5">
        <w:rPr>
          <w:b/>
          <w:lang w:val="fr-CA"/>
        </w:rPr>
        <w:t xml:space="preserve">Lac concerné : </w:t>
      </w:r>
      <w:r w:rsidRPr="00F032C5">
        <w:rPr>
          <w:lang w:val="fr-CA"/>
        </w:rPr>
        <w:t>☐</w:t>
      </w:r>
      <w:r w:rsidRPr="00F032C5">
        <w:rPr>
          <w:lang w:val="fr-CA"/>
        </w:rPr>
        <w:t xml:space="preserve"> Émeraude   ☐ Blanc   ☐ Perreault   ☐ Sainte-Anne   ☐ à la Perchaude   ☐ Perron   ☐ Carillon   ☐ Autre : __________________</w:t>
      </w:r>
    </w:p>
    <w:p w14:paraId="5596601B" w14:textId="77777777" w:rsidR="00387B7F" w:rsidRPr="00F032C5" w:rsidRDefault="00F13048">
      <w:pPr>
        <w:pStyle w:val="Titre1"/>
        <w:spacing w:line="240" w:lineRule="auto"/>
        <w:rPr>
          <w:color w:val="92D050"/>
          <w:lang w:val="fr-CA"/>
        </w:rPr>
      </w:pPr>
      <w:r w:rsidRPr="00F032C5">
        <w:rPr>
          <w:color w:val="92D050"/>
          <w:lang w:val="fr-CA"/>
        </w:rPr>
        <w:t>2. CONSENTEMENT</w:t>
      </w:r>
    </w:p>
    <w:p w14:paraId="04F1CD12" w14:textId="77777777" w:rsidR="00387B7F" w:rsidRPr="00F032C5" w:rsidRDefault="00F13048">
      <w:pPr>
        <w:spacing w:after="60" w:line="240" w:lineRule="auto"/>
        <w:rPr>
          <w:lang w:val="fr-CA"/>
        </w:rPr>
      </w:pPr>
      <w:r w:rsidRPr="00F032C5">
        <w:rPr>
          <w:lang w:val="fr-CA"/>
        </w:rPr>
        <w:t>Je soussigné(e), propriétaire ou copropriétaire de l’immeuble identifié ci-dessus, autorise la Municipalité de Saint-Ubalde ainsi que ses employés, représentants, consultants et partenaires techniques mandatés à :</w:t>
      </w:r>
    </w:p>
    <w:p w14:paraId="4B54D62C" w14:textId="77777777" w:rsidR="00387B7F" w:rsidRPr="00F032C5" w:rsidRDefault="00F13048">
      <w:pPr>
        <w:pStyle w:val="Listenumros"/>
        <w:spacing w:after="20" w:line="240" w:lineRule="auto"/>
        <w:rPr>
          <w:lang w:val="fr-CA"/>
        </w:rPr>
      </w:pPr>
      <w:r w:rsidRPr="00F032C5">
        <w:rPr>
          <w:lang w:val="fr-CA"/>
        </w:rPr>
        <w:t>accéder à la propriété, sur rendez-vous et à des heures raisonnables, afin d’effectuer des visites d’observation et des relevés préliminaires liés au projet;</w:t>
      </w:r>
    </w:p>
    <w:p w14:paraId="10A93D63" w14:textId="77777777" w:rsidR="00387B7F" w:rsidRPr="00F032C5" w:rsidRDefault="00F13048">
      <w:pPr>
        <w:pStyle w:val="Listenumros"/>
        <w:spacing w:after="20" w:line="240" w:lineRule="auto"/>
        <w:rPr>
          <w:lang w:val="fr-CA"/>
        </w:rPr>
      </w:pPr>
      <w:r w:rsidRPr="00F032C5">
        <w:rPr>
          <w:lang w:val="fr-CA"/>
        </w:rPr>
        <w:t>photographier les terrains, talus, bandes riveraines et zones de ruissellement ou d’érosion, sans photographier les personnes ni l’intérieur des bâtiments;</w:t>
      </w:r>
    </w:p>
    <w:p w14:paraId="47A4CBEB" w14:textId="77777777" w:rsidR="00387B7F" w:rsidRPr="00F032C5" w:rsidRDefault="00F13048">
      <w:pPr>
        <w:pStyle w:val="Listenumros"/>
        <w:spacing w:after="20" w:line="240" w:lineRule="auto"/>
        <w:rPr>
          <w:lang w:val="fr-CA"/>
        </w:rPr>
      </w:pPr>
      <w:r w:rsidRPr="00F032C5">
        <w:rPr>
          <w:lang w:val="fr-CA"/>
        </w:rPr>
        <w:t>recueillir les renseignements nécessaires à l’évaluation du site, notamment sur les sols, les pentes, la végétation, le drainage et les travaux d’installation septique réalisés;</w:t>
      </w:r>
    </w:p>
    <w:p w14:paraId="182FBEC1" w14:textId="77777777" w:rsidR="00387B7F" w:rsidRPr="00F032C5" w:rsidRDefault="00F13048">
      <w:pPr>
        <w:pStyle w:val="Listenumros"/>
        <w:spacing w:after="20" w:line="240" w:lineRule="auto"/>
        <w:rPr>
          <w:lang w:val="fr-CA"/>
        </w:rPr>
      </w:pPr>
      <w:r w:rsidRPr="00F032C5">
        <w:rPr>
          <w:lang w:val="fr-CA"/>
        </w:rPr>
        <w:t>utiliser les renseignements et photographies dans les documents techniques, rapports, plans de travail ou demandes de financement liés au projet. Toute diffusion publique devra préserver l’adresse exacte et les renseignements personnels du propriétaire, sauf consentement écrit distinct.</w:t>
      </w:r>
    </w:p>
    <w:p w14:paraId="7AB5B76B" w14:textId="77777777" w:rsidR="00387B7F" w:rsidRPr="00F032C5" w:rsidRDefault="00F13048">
      <w:pPr>
        <w:pStyle w:val="Titre1"/>
        <w:spacing w:line="240" w:lineRule="auto"/>
        <w:rPr>
          <w:color w:val="92D050"/>
        </w:rPr>
      </w:pPr>
      <w:r w:rsidRPr="00F032C5">
        <w:rPr>
          <w:color w:val="92D050"/>
        </w:rPr>
        <w:t>3. LIMITES DU CONSENTEMENT</w:t>
      </w:r>
    </w:p>
    <w:p w14:paraId="284A84C0" w14:textId="77777777" w:rsidR="00387B7F" w:rsidRPr="00F032C5" w:rsidRDefault="00F13048">
      <w:pPr>
        <w:pStyle w:val="Listepuces"/>
        <w:spacing w:after="20" w:line="240" w:lineRule="auto"/>
        <w:rPr>
          <w:lang w:val="fr-CA"/>
        </w:rPr>
      </w:pPr>
      <w:r w:rsidRPr="00F032C5">
        <w:rPr>
          <w:lang w:val="fr-CA"/>
        </w:rPr>
        <w:t>Le présent consentement vise uniquement l’inventaire, l’analyse, la caractérisation préliminaire et la planification.</w:t>
      </w:r>
    </w:p>
    <w:p w14:paraId="4DD37D69" w14:textId="77777777" w:rsidR="00387B7F" w:rsidRPr="00F032C5" w:rsidRDefault="00F13048">
      <w:pPr>
        <w:pStyle w:val="Listepuces"/>
        <w:spacing w:after="20" w:line="240" w:lineRule="auto"/>
        <w:rPr>
          <w:lang w:val="fr-CA"/>
        </w:rPr>
      </w:pPr>
      <w:r w:rsidRPr="00F032C5">
        <w:rPr>
          <w:lang w:val="fr-CA"/>
        </w:rPr>
        <w:t>Il n’autorise aucun travail d’excavation, de plantation, de construction, d’abattage ou d’aménagement.</w:t>
      </w:r>
    </w:p>
    <w:p w14:paraId="457EFFCF" w14:textId="77777777" w:rsidR="00387B7F" w:rsidRPr="00F032C5" w:rsidRDefault="00F13048">
      <w:pPr>
        <w:pStyle w:val="Listepuces"/>
        <w:spacing w:after="20" w:line="240" w:lineRule="auto"/>
        <w:rPr>
          <w:lang w:val="fr-CA"/>
        </w:rPr>
      </w:pPr>
      <w:r w:rsidRPr="00F032C5">
        <w:rPr>
          <w:lang w:val="fr-CA"/>
        </w:rPr>
        <w:t>Il n’oblige pas le propriétaire à participer à une phase ultérieure et n’engage pas la Municipalité à réaliser ou à financer des travaux sur la propriété.</w:t>
      </w:r>
    </w:p>
    <w:p w14:paraId="342879CC" w14:textId="77777777" w:rsidR="00387B7F" w:rsidRPr="00F032C5" w:rsidRDefault="00F13048">
      <w:pPr>
        <w:pStyle w:val="Listepuces"/>
        <w:spacing w:after="20" w:line="240" w:lineRule="auto"/>
        <w:rPr>
          <w:lang w:val="fr-CA"/>
        </w:rPr>
      </w:pPr>
      <w:r w:rsidRPr="00F032C5">
        <w:rPr>
          <w:lang w:val="fr-CA"/>
        </w:rPr>
        <w:t>Toute intervention future devra faire l’objet d’une autorisation ou d’une entente distincte, ainsi que des permis et autorisations applicables.</w:t>
      </w:r>
    </w:p>
    <w:p w14:paraId="0FD55989" w14:textId="77777777" w:rsidR="00387B7F" w:rsidRPr="00F032C5" w:rsidRDefault="00F13048">
      <w:pPr>
        <w:pStyle w:val="Listepuces"/>
        <w:spacing w:after="20" w:line="240" w:lineRule="auto"/>
        <w:rPr>
          <w:lang w:val="fr-CA"/>
        </w:rPr>
      </w:pPr>
      <w:r w:rsidRPr="00F032C5">
        <w:rPr>
          <w:lang w:val="fr-CA"/>
        </w:rPr>
        <w:t>Le propriétaire peut retirer son consentement pour les visites futures en transmettant un avis écrit à la Municipalité. Le retrait n’annule pas l’utilisation des renseignements déjà recueillis dans les documents internes ou les demandes déjà déposées.</w:t>
      </w:r>
    </w:p>
    <w:p w14:paraId="06D888C2" w14:textId="77777777" w:rsidR="00387B7F" w:rsidRPr="00F032C5" w:rsidRDefault="00F13048">
      <w:pPr>
        <w:pStyle w:val="Titre1"/>
        <w:spacing w:line="240" w:lineRule="auto"/>
        <w:rPr>
          <w:color w:val="92D050"/>
        </w:rPr>
      </w:pPr>
      <w:r w:rsidRPr="00F032C5">
        <w:rPr>
          <w:color w:val="92D050"/>
        </w:rPr>
        <w:t>4. RENSEIGNEMENTS FACULTATIFS SUR LES TRAVAUX</w:t>
      </w:r>
    </w:p>
    <w:tbl>
      <w:tblPr>
        <w:tblStyle w:val="Grilledutableau"/>
        <w:tblW w:w="0" w:type="auto"/>
        <w:jc w:val="center"/>
        <w:tblLayout w:type="fixed"/>
        <w:tblLook w:val="04A0" w:firstRow="1" w:lastRow="0" w:firstColumn="1" w:lastColumn="0" w:noHBand="0" w:noVBand="1"/>
      </w:tblPr>
      <w:tblGrid>
        <w:gridCol w:w="3168"/>
        <w:gridCol w:w="6912"/>
      </w:tblGrid>
      <w:tr w:rsidR="00387B7F" w14:paraId="3736F08E" w14:textId="77777777">
        <w:trPr>
          <w:jc w:val="center"/>
        </w:trPr>
        <w:tc>
          <w:tcPr>
            <w:tcW w:w="3168" w:type="dxa"/>
            <w:vAlign w:val="center"/>
          </w:tcPr>
          <w:p w14:paraId="3C031F7E" w14:textId="77777777" w:rsidR="00387B7F" w:rsidRPr="00F032C5" w:rsidRDefault="00F13048">
            <w:pPr>
              <w:rPr>
                <w:lang w:val="fr-CA"/>
              </w:rPr>
            </w:pPr>
            <w:r w:rsidRPr="00F032C5">
              <w:rPr>
                <w:b/>
                <w:lang w:val="fr-CA"/>
              </w:rPr>
              <w:t>Année du remplacement de l’installation septique</w:t>
            </w:r>
          </w:p>
        </w:tc>
        <w:tc>
          <w:tcPr>
            <w:tcW w:w="6912" w:type="dxa"/>
            <w:vAlign w:val="center"/>
          </w:tcPr>
          <w:p w14:paraId="5EDBF445" w14:textId="77777777" w:rsidR="00387B7F" w:rsidRDefault="00F13048">
            <w:r>
              <w:t>____________________________</w:t>
            </w:r>
          </w:p>
        </w:tc>
      </w:tr>
      <w:tr w:rsidR="00387B7F" w14:paraId="5CCC3EF3" w14:textId="77777777">
        <w:trPr>
          <w:jc w:val="center"/>
        </w:trPr>
        <w:tc>
          <w:tcPr>
            <w:tcW w:w="3168" w:type="dxa"/>
            <w:vAlign w:val="center"/>
          </w:tcPr>
          <w:p w14:paraId="51B74A3B" w14:textId="77777777" w:rsidR="00387B7F" w:rsidRDefault="00F13048">
            <w:r>
              <w:rPr>
                <w:b/>
              </w:rPr>
              <w:t>Travaux ou zones perturbées</w:t>
            </w:r>
          </w:p>
        </w:tc>
        <w:tc>
          <w:tcPr>
            <w:tcW w:w="6912" w:type="dxa"/>
            <w:vAlign w:val="center"/>
          </w:tcPr>
          <w:p w14:paraId="7FA7A0AE" w14:textId="77777777" w:rsidR="00387B7F" w:rsidRDefault="00F13048">
            <w:r>
              <w:t>____________________________________________________________</w:t>
            </w:r>
          </w:p>
        </w:tc>
      </w:tr>
      <w:tr w:rsidR="00387B7F" w14:paraId="70E1B5C9" w14:textId="77777777">
        <w:trPr>
          <w:jc w:val="center"/>
        </w:trPr>
        <w:tc>
          <w:tcPr>
            <w:tcW w:w="3168" w:type="dxa"/>
            <w:vAlign w:val="center"/>
          </w:tcPr>
          <w:p w14:paraId="2297E757" w14:textId="77777777" w:rsidR="00387B7F" w:rsidRDefault="00F13048">
            <w:r>
              <w:rPr>
                <w:b/>
              </w:rPr>
              <w:t>Érosion ou ruissellement observé</w:t>
            </w:r>
          </w:p>
        </w:tc>
        <w:tc>
          <w:tcPr>
            <w:tcW w:w="6912" w:type="dxa"/>
            <w:vAlign w:val="center"/>
          </w:tcPr>
          <w:p w14:paraId="3892C022" w14:textId="77777777" w:rsidR="00387B7F" w:rsidRDefault="00F13048">
            <w:r>
              <w:t>☐</w:t>
            </w:r>
            <w:r>
              <w:t xml:space="preserve"> Oui   ☐ Non   ☐ Incertain     Précisions : ____________________________</w:t>
            </w:r>
          </w:p>
        </w:tc>
      </w:tr>
      <w:tr w:rsidR="00387B7F" w14:paraId="2683C808" w14:textId="77777777">
        <w:trPr>
          <w:jc w:val="center"/>
        </w:trPr>
        <w:tc>
          <w:tcPr>
            <w:tcW w:w="3168" w:type="dxa"/>
            <w:vAlign w:val="center"/>
          </w:tcPr>
          <w:p w14:paraId="1E07CD44" w14:textId="77777777" w:rsidR="00387B7F" w:rsidRDefault="00F13048">
            <w:r>
              <w:rPr>
                <w:b/>
              </w:rPr>
              <w:t>Intérêt comme site pilote</w:t>
            </w:r>
          </w:p>
        </w:tc>
        <w:tc>
          <w:tcPr>
            <w:tcW w:w="6912" w:type="dxa"/>
            <w:vAlign w:val="center"/>
          </w:tcPr>
          <w:p w14:paraId="2C5A7D40" w14:textId="77777777" w:rsidR="00387B7F" w:rsidRDefault="00F13048">
            <w:r>
              <w:t>☐</w:t>
            </w:r>
            <w:r>
              <w:t xml:space="preserve"> Oui   ☐ Non   ☐ À discuter</w:t>
            </w:r>
          </w:p>
        </w:tc>
      </w:tr>
    </w:tbl>
    <w:p w14:paraId="289DB532" w14:textId="77777777" w:rsidR="00387B7F" w:rsidRPr="00F032C5" w:rsidRDefault="00F13048">
      <w:pPr>
        <w:pStyle w:val="Titre1"/>
        <w:spacing w:line="240" w:lineRule="auto"/>
        <w:rPr>
          <w:color w:val="92D050"/>
        </w:rPr>
      </w:pPr>
      <w:r w:rsidRPr="00F032C5">
        <w:rPr>
          <w:color w:val="92D050"/>
        </w:rPr>
        <w:t>5. DURÉE ET SIGNATURES</w:t>
      </w:r>
    </w:p>
    <w:p w14:paraId="453D1448" w14:textId="77777777" w:rsidR="00387B7F" w:rsidRPr="00F032C5" w:rsidRDefault="00F13048">
      <w:pPr>
        <w:spacing w:after="60" w:line="240" w:lineRule="auto"/>
        <w:rPr>
          <w:lang w:val="fr-CA"/>
        </w:rPr>
      </w:pPr>
      <w:r w:rsidRPr="00F032C5">
        <w:rPr>
          <w:b/>
          <w:lang w:val="fr-CA"/>
        </w:rPr>
        <w:t xml:space="preserve">Le présent consentement est valide jusqu’au </w:t>
      </w:r>
      <w:r w:rsidRPr="00F032C5">
        <w:rPr>
          <w:lang w:val="fr-CA"/>
        </w:rPr>
        <w:t>____ / ____ / ________, ou jusqu’à la fin de la phase d’étude et de planification du projet, selon la première éventualité.</w:t>
      </w:r>
    </w:p>
    <w:p w14:paraId="533FF52F" w14:textId="77777777" w:rsidR="00387B7F" w:rsidRPr="00F032C5" w:rsidRDefault="00F13048">
      <w:pPr>
        <w:spacing w:after="100" w:line="240" w:lineRule="auto"/>
        <w:rPr>
          <w:lang w:val="fr-CA"/>
        </w:rPr>
      </w:pPr>
      <w:r w:rsidRPr="00F032C5">
        <w:rPr>
          <w:lang w:val="fr-CA"/>
        </w:rPr>
        <w:t>Je confirme avoir pris connaissance de la présente lettre, avoir eu l’occasion de poser mes questions et consentir volontairement aux activités décrites ci-dessus.</w:t>
      </w:r>
    </w:p>
    <w:tbl>
      <w:tblPr>
        <w:tblW w:w="0" w:type="auto"/>
        <w:jc w:val="center"/>
        <w:tblLayout w:type="fixed"/>
        <w:tblLook w:val="04A0" w:firstRow="1" w:lastRow="0" w:firstColumn="1" w:lastColumn="0" w:noHBand="0" w:noVBand="1"/>
      </w:tblPr>
      <w:tblGrid>
        <w:gridCol w:w="4896"/>
        <w:gridCol w:w="4896"/>
      </w:tblGrid>
      <w:tr w:rsidR="00387B7F" w:rsidRPr="00F032C5" w14:paraId="53501F44" w14:textId="77777777">
        <w:trPr>
          <w:jc w:val="center"/>
        </w:trPr>
        <w:tc>
          <w:tcPr>
            <w:tcW w:w="4896" w:type="dxa"/>
            <w:tcBorders>
              <w:top w:val="nil"/>
              <w:left w:val="nil"/>
              <w:bottom w:val="nil"/>
              <w:right w:val="nil"/>
            </w:tcBorders>
          </w:tcPr>
          <w:p w14:paraId="57ADDC8C" w14:textId="77777777" w:rsidR="00387B7F" w:rsidRDefault="00F13048">
            <w:pPr>
              <w:spacing w:after="0"/>
              <w:jc w:val="center"/>
            </w:pPr>
            <w:r w:rsidRPr="00F032C5">
              <w:rPr>
                <w:lang w:val="fr-CA"/>
              </w:rPr>
              <w:br/>
            </w:r>
            <w:r>
              <w:t>__________________________________</w:t>
            </w:r>
            <w:r>
              <w:br/>
              <w:t>Signature du propriétaire</w:t>
            </w:r>
          </w:p>
        </w:tc>
        <w:tc>
          <w:tcPr>
            <w:tcW w:w="4896" w:type="dxa"/>
            <w:tcBorders>
              <w:top w:val="nil"/>
              <w:left w:val="nil"/>
              <w:bottom w:val="nil"/>
              <w:right w:val="nil"/>
            </w:tcBorders>
          </w:tcPr>
          <w:p w14:paraId="43F2C3D8" w14:textId="77777777" w:rsidR="00387B7F" w:rsidRPr="00F032C5" w:rsidRDefault="00F13048">
            <w:pPr>
              <w:spacing w:after="0"/>
              <w:jc w:val="center"/>
              <w:rPr>
                <w:lang w:val="fr-CA"/>
              </w:rPr>
            </w:pPr>
            <w:r w:rsidRPr="00F032C5">
              <w:rPr>
                <w:lang w:val="fr-CA"/>
              </w:rPr>
              <w:br/>
              <w:t>__________________________________</w:t>
            </w:r>
            <w:r w:rsidRPr="00F032C5">
              <w:rPr>
                <w:lang w:val="fr-CA"/>
              </w:rPr>
              <w:br/>
              <w:t>Signature du copropriétaire, s’il y a lieu</w:t>
            </w:r>
          </w:p>
        </w:tc>
      </w:tr>
      <w:tr w:rsidR="00387B7F" w14:paraId="134EFB56" w14:textId="77777777">
        <w:trPr>
          <w:jc w:val="center"/>
        </w:trPr>
        <w:tc>
          <w:tcPr>
            <w:tcW w:w="4896" w:type="dxa"/>
            <w:tcBorders>
              <w:top w:val="nil"/>
              <w:left w:val="nil"/>
              <w:bottom w:val="nil"/>
              <w:right w:val="nil"/>
            </w:tcBorders>
          </w:tcPr>
          <w:p w14:paraId="43CC5FD3" w14:textId="77777777" w:rsidR="00387B7F" w:rsidRDefault="00F13048">
            <w:pPr>
              <w:spacing w:after="0"/>
              <w:jc w:val="center"/>
            </w:pPr>
            <w:r w:rsidRPr="00F032C5">
              <w:rPr>
                <w:lang w:val="fr-CA"/>
              </w:rPr>
              <w:br/>
            </w:r>
            <w:r>
              <w:t>__________________________________</w:t>
            </w:r>
            <w:r>
              <w:br/>
              <w:t xml:space="preserve">Nom </w:t>
            </w:r>
            <w:proofErr w:type="spellStart"/>
            <w:r>
              <w:t>en</w:t>
            </w:r>
            <w:proofErr w:type="spellEnd"/>
            <w:r>
              <w:t xml:space="preserve"> </w:t>
            </w:r>
            <w:proofErr w:type="spellStart"/>
            <w:r>
              <w:t>lettres</w:t>
            </w:r>
            <w:proofErr w:type="spellEnd"/>
            <w:r>
              <w:t xml:space="preserve"> moulées</w:t>
            </w:r>
          </w:p>
        </w:tc>
        <w:tc>
          <w:tcPr>
            <w:tcW w:w="4896" w:type="dxa"/>
            <w:tcBorders>
              <w:top w:val="nil"/>
              <w:left w:val="nil"/>
              <w:bottom w:val="nil"/>
              <w:right w:val="nil"/>
            </w:tcBorders>
          </w:tcPr>
          <w:p w14:paraId="1284FF9E" w14:textId="77777777" w:rsidR="00387B7F" w:rsidRDefault="00F13048">
            <w:pPr>
              <w:spacing w:after="0"/>
              <w:jc w:val="center"/>
            </w:pPr>
            <w:r>
              <w:br/>
              <w:t>__________________________________</w:t>
            </w:r>
            <w:r>
              <w:br/>
              <w:t>Nom en lettres moulées</w:t>
            </w:r>
          </w:p>
        </w:tc>
      </w:tr>
      <w:tr w:rsidR="00387B7F" w14:paraId="2B6397DD" w14:textId="77777777">
        <w:trPr>
          <w:jc w:val="center"/>
        </w:trPr>
        <w:tc>
          <w:tcPr>
            <w:tcW w:w="4896" w:type="dxa"/>
            <w:tcBorders>
              <w:top w:val="nil"/>
              <w:left w:val="nil"/>
              <w:bottom w:val="nil"/>
              <w:right w:val="nil"/>
            </w:tcBorders>
          </w:tcPr>
          <w:p w14:paraId="580CC8CA" w14:textId="77777777" w:rsidR="00387B7F" w:rsidRDefault="00F13048">
            <w:pPr>
              <w:spacing w:after="0"/>
              <w:jc w:val="center"/>
            </w:pPr>
            <w:r>
              <w:br/>
              <w:t>__________________________________</w:t>
            </w:r>
            <w:r>
              <w:br/>
              <w:t>Date</w:t>
            </w:r>
          </w:p>
        </w:tc>
        <w:tc>
          <w:tcPr>
            <w:tcW w:w="4896" w:type="dxa"/>
            <w:tcBorders>
              <w:top w:val="nil"/>
              <w:left w:val="nil"/>
              <w:bottom w:val="nil"/>
              <w:right w:val="nil"/>
            </w:tcBorders>
          </w:tcPr>
          <w:p w14:paraId="7D7FD036" w14:textId="77777777" w:rsidR="00387B7F" w:rsidRDefault="00F13048">
            <w:pPr>
              <w:spacing w:after="0"/>
              <w:jc w:val="center"/>
            </w:pPr>
            <w:r>
              <w:br/>
              <w:t>__________________________________</w:t>
            </w:r>
            <w:r>
              <w:br/>
              <w:t>Date</w:t>
            </w:r>
          </w:p>
        </w:tc>
      </w:tr>
      <w:tr w:rsidR="00387B7F" w14:paraId="525FAB4B" w14:textId="77777777">
        <w:trPr>
          <w:jc w:val="center"/>
        </w:trPr>
        <w:tc>
          <w:tcPr>
            <w:tcW w:w="4896" w:type="dxa"/>
            <w:tcBorders>
              <w:top w:val="nil"/>
              <w:left w:val="nil"/>
              <w:bottom w:val="nil"/>
              <w:right w:val="nil"/>
            </w:tcBorders>
          </w:tcPr>
          <w:p w14:paraId="26C5B0A9" w14:textId="77777777" w:rsidR="00387B7F" w:rsidRDefault="00F13048">
            <w:pPr>
              <w:spacing w:after="0"/>
              <w:jc w:val="center"/>
            </w:pPr>
            <w:r>
              <w:br/>
              <w:t>__________________________________</w:t>
            </w:r>
            <w:r>
              <w:br/>
              <w:t>Signature du représentant municipal</w:t>
            </w:r>
          </w:p>
        </w:tc>
        <w:tc>
          <w:tcPr>
            <w:tcW w:w="4896" w:type="dxa"/>
            <w:tcBorders>
              <w:top w:val="nil"/>
              <w:left w:val="nil"/>
              <w:bottom w:val="nil"/>
              <w:right w:val="nil"/>
            </w:tcBorders>
          </w:tcPr>
          <w:p w14:paraId="0916FFCA" w14:textId="6D480E57" w:rsidR="00387B7F" w:rsidRDefault="00F13048">
            <w:pPr>
              <w:spacing w:after="0"/>
              <w:jc w:val="center"/>
            </w:pPr>
            <w:r>
              <w:br/>
              <w:t>__________________________________</w:t>
            </w:r>
            <w:r>
              <w:br/>
              <w:t>Nom et fonction</w:t>
            </w:r>
          </w:p>
        </w:tc>
      </w:tr>
    </w:tbl>
    <w:p w14:paraId="5918F2E3" w14:textId="005B17F2" w:rsidR="00F13048" w:rsidRDefault="001335DC">
      <w:r>
        <w:rPr>
          <w:noProof/>
        </w:rPr>
        <w:drawing>
          <wp:anchor distT="0" distB="0" distL="114300" distR="114300" simplePos="0" relativeHeight="251658240" behindDoc="1" locked="0" layoutInCell="1" allowOverlap="1" wp14:anchorId="23FA069D" wp14:editId="5AE8F428">
            <wp:simplePos x="0" y="0"/>
            <wp:positionH relativeFrom="column">
              <wp:posOffset>1864995</wp:posOffset>
            </wp:positionH>
            <wp:positionV relativeFrom="paragraph">
              <wp:posOffset>50800</wp:posOffset>
            </wp:positionV>
            <wp:extent cx="2819400" cy="960120"/>
            <wp:effectExtent l="0" t="0" r="0" b="0"/>
            <wp:wrapNone/>
            <wp:docPr id="11764532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53240" name="Image 1176453240"/>
                    <pic:cNvPicPr/>
                  </pic:nvPicPr>
                  <pic:blipFill>
                    <a:blip r:embed="rId8"/>
                    <a:stretch>
                      <a:fillRect/>
                    </a:stretch>
                  </pic:blipFill>
                  <pic:spPr>
                    <a:xfrm>
                      <a:off x="0" y="0"/>
                      <a:ext cx="2819400" cy="960120"/>
                    </a:xfrm>
                    <a:prstGeom prst="rect">
                      <a:avLst/>
                    </a:prstGeom>
                  </pic:spPr>
                </pic:pic>
              </a:graphicData>
            </a:graphic>
          </wp:anchor>
        </w:drawing>
      </w:r>
    </w:p>
    <w:sectPr w:rsidR="00F13048" w:rsidSect="00F032C5">
      <w:headerReference w:type="default" r:id="rId9"/>
      <w:footerReference w:type="default" r:id="rId10"/>
      <w:pgSz w:w="12240" w:h="20160" w:code="5"/>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9AAB9" w14:textId="77777777" w:rsidR="00F13048" w:rsidRDefault="00F13048">
      <w:pPr>
        <w:spacing w:after="0" w:line="240" w:lineRule="auto"/>
      </w:pPr>
      <w:r>
        <w:separator/>
      </w:r>
    </w:p>
  </w:endnote>
  <w:endnote w:type="continuationSeparator" w:id="0">
    <w:p w14:paraId="07B33797" w14:textId="77777777" w:rsidR="00F13048" w:rsidRDefault="00F1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1992" w14:textId="77777777" w:rsidR="00387B7F" w:rsidRPr="00F032C5" w:rsidRDefault="00F13048">
    <w:pPr>
      <w:pStyle w:val="Pieddepage"/>
      <w:jc w:val="center"/>
      <w:rPr>
        <w:lang w:val="fr-CA"/>
      </w:rPr>
    </w:pPr>
    <w:r w:rsidRPr="00F032C5">
      <w:rPr>
        <w:color w:val="646464"/>
        <w:sz w:val="16"/>
        <w:lang w:val="fr-CA"/>
      </w:rPr>
      <w:t>Municipalité de Saint-Ubalde | Lettre de consentement - Projet de génie végétal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4BEEA" w14:textId="77777777" w:rsidR="00F13048" w:rsidRDefault="00F13048">
      <w:pPr>
        <w:spacing w:after="0" w:line="240" w:lineRule="auto"/>
      </w:pPr>
      <w:r>
        <w:separator/>
      </w:r>
    </w:p>
  </w:footnote>
  <w:footnote w:type="continuationSeparator" w:id="0">
    <w:p w14:paraId="151B5806" w14:textId="77777777" w:rsidR="00F13048" w:rsidRDefault="00F13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8BAB" w14:textId="77777777" w:rsidR="00387B7F" w:rsidRPr="00F032C5" w:rsidRDefault="00F13048">
    <w:pPr>
      <w:pStyle w:val="En-tte"/>
      <w:jc w:val="center"/>
      <w:rPr>
        <w:color w:val="92D050"/>
        <w:lang w:val="fr-CA"/>
      </w:rPr>
    </w:pPr>
    <w:r w:rsidRPr="00F032C5">
      <w:rPr>
        <w:b/>
        <w:color w:val="92D050"/>
        <w:sz w:val="30"/>
        <w:lang w:val="fr-CA"/>
      </w:rPr>
      <w:t>MUNICIPALITÉ DE SAINT-UBALDE</w:t>
    </w:r>
  </w:p>
  <w:p w14:paraId="1A1AF3CB" w14:textId="77777777" w:rsidR="00387B7F" w:rsidRPr="00F032C5" w:rsidRDefault="00F13048">
    <w:pPr>
      <w:pBdr>
        <w:bottom w:val="single" w:sz="10" w:space="4" w:color="4F81BD"/>
      </w:pBdr>
      <w:jc w:val="center"/>
      <w:rPr>
        <w:lang w:val="fr-CA"/>
      </w:rPr>
    </w:pPr>
    <w:r w:rsidRPr="00F032C5">
      <w:rPr>
        <w:sz w:val="17"/>
        <w:lang w:val="fr-CA"/>
      </w:rPr>
      <w:t>427-B, boulevard Chabot, Saint-Ubalde (Québec)  G0A 4L0  |  418 277-2124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76166574">
    <w:abstractNumId w:val="8"/>
  </w:num>
  <w:num w:numId="2" w16cid:durableId="1527518073">
    <w:abstractNumId w:val="6"/>
  </w:num>
  <w:num w:numId="3" w16cid:durableId="296035746">
    <w:abstractNumId w:val="5"/>
  </w:num>
  <w:num w:numId="4" w16cid:durableId="1388996936">
    <w:abstractNumId w:val="4"/>
  </w:num>
  <w:num w:numId="5" w16cid:durableId="1447776476">
    <w:abstractNumId w:val="7"/>
  </w:num>
  <w:num w:numId="6" w16cid:durableId="1875002762">
    <w:abstractNumId w:val="3"/>
  </w:num>
  <w:num w:numId="7" w16cid:durableId="256134520">
    <w:abstractNumId w:val="2"/>
  </w:num>
  <w:num w:numId="8" w16cid:durableId="1109010771">
    <w:abstractNumId w:val="1"/>
  </w:num>
  <w:num w:numId="9" w16cid:durableId="102675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5DC"/>
    <w:rsid w:val="0015074B"/>
    <w:rsid w:val="0029639D"/>
    <w:rsid w:val="00326F90"/>
    <w:rsid w:val="00387B7F"/>
    <w:rsid w:val="005E3D4F"/>
    <w:rsid w:val="00AA1D8D"/>
    <w:rsid w:val="00B47730"/>
    <w:rsid w:val="00CB0664"/>
    <w:rsid w:val="00F032C5"/>
    <w:rsid w:val="00F130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E66EC0A-A819-48AF-AF12-47D41566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9"/>
    </w:rPr>
  </w:style>
  <w:style w:type="paragraph" w:styleId="Titre1">
    <w:name w:val="heading 1"/>
    <w:basedOn w:val="Normal"/>
    <w:next w:val="Normal"/>
    <w:link w:val="Titre1Car"/>
    <w:uiPriority w:val="9"/>
    <w:qFormat/>
    <w:rsid w:val="00FC693F"/>
    <w:pPr>
      <w:keepNext/>
      <w:keepLines/>
      <w:spacing w:before="140" w:after="60"/>
      <w:outlineLvl w:val="0"/>
    </w:pPr>
    <w:rPr>
      <w:rFonts w:asciiTheme="majorHAnsi" w:eastAsiaTheme="majorEastAsia" w:hAnsiTheme="majorHAnsi" w:cstheme="majorBidi"/>
      <w:b/>
      <w:bCs/>
      <w:color w:val="1F4E79"/>
      <w:sz w:val="2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A70A18DC00F6D4A9B1C0ACA5AB45444" ma:contentTypeVersion="14" ma:contentTypeDescription="Crée un document." ma:contentTypeScope="" ma:versionID="c400289b526586b01dd40251458db69b">
  <xsd:schema xmlns:xsd="http://www.w3.org/2001/XMLSchema" xmlns:xs="http://www.w3.org/2001/XMLSchema" xmlns:p="http://schemas.microsoft.com/office/2006/metadata/properties" xmlns:ns2="74bca2b8-05b1-4b58-a45e-f8cca2533953" xmlns:ns3="65ed2970-5141-49a8-b7c9-533f682a8230" targetNamespace="http://schemas.microsoft.com/office/2006/metadata/properties" ma:root="true" ma:fieldsID="b39add43373502b546e98f947c3c005a" ns2:_="" ns3:_="">
    <xsd:import namespace="74bca2b8-05b1-4b58-a45e-f8cca2533953"/>
    <xsd:import namespace="65ed2970-5141-49a8-b7c9-533f682a823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ca2b8-05b1-4b58-a45e-f8cca253395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95400477-208a-4b23-b122-37e8b0dd3d3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ed2970-5141-49a8-b7c9-533f682a82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1344f6f-b345-4425-be56-0e11c6d18e3b}" ma:internalName="TaxCatchAll" ma:showField="CatchAllData" ma:web="65ed2970-5141-49a8-b7c9-533f682a82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4bca2b8-05b1-4b58-a45e-f8cca2533953">
      <Terms xmlns="http://schemas.microsoft.com/office/infopath/2007/PartnerControls"/>
    </lcf76f155ced4ddcb4097134ff3c332f>
    <TaxCatchAll xmlns="65ed2970-5141-49a8-b7c9-533f682a823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C882F6E-0646-46D9-B2E7-3BE33C6C70EE}"/>
</file>

<file path=customXml/itemProps3.xml><?xml version="1.0" encoding="utf-8"?>
<ds:datastoreItem xmlns:ds="http://schemas.openxmlformats.org/officeDocument/2006/customXml" ds:itemID="{D13AFB73-E615-44A9-AAE9-9B8DC51C5517}"/>
</file>

<file path=customXml/itemProps4.xml><?xml version="1.0" encoding="utf-8"?>
<ds:datastoreItem xmlns:ds="http://schemas.openxmlformats.org/officeDocument/2006/customXml" ds:itemID="{4E59110B-0A24-40B6-BEB2-7B0A6CCAED59}"/>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3447</Characters>
  <Application>Microsoft Office Word</Application>
  <DocSecurity>0</DocSecurity>
  <Lines>82</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consentement du propriétaire - Projet de génie végétal</dc:title>
  <dc:subject>Municipalité de Saint-Ubalde</dc:subject>
  <dc:creator>July Bédard</dc:creator>
  <cp:keywords/>
  <dc:description>generated by python-docx</dc:description>
  <cp:lastModifiedBy>July Bédard</cp:lastModifiedBy>
  <cp:revision>2</cp:revision>
  <dcterms:created xsi:type="dcterms:W3CDTF">2026-10-08T14:55:00Z</dcterms:created>
  <dcterms:modified xsi:type="dcterms:W3CDTF">2026-10-08T14:55:00Z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0x0101004A70A18DC00F6D4A9B1C0ACA5AB45444</vt:lpwstr>
  </property>
</Properties>
</file>